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🎓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שאלון 8281 · חורף 2024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תרגול: שאלות בנוסח שלנו, תשובות מופת ומחוון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השאלות מנוסחות מחדש, בלשון שלנו, בהשראת השאלות שהופיעו בבחינה. התשובות, המחוונים והפיגומים נכתבו כאן במיוחד לתרגול.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מהדורה למורה – תשובות מופת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מחוון לכל שאלה (25 נק׳)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רכיב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מרכזית ברורה שעונה בדיוק על השאלה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ביסוס: לפחות שתי דוגמאות מדויקות מהיצירה (ציטוט קצר או תיאור רגע)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הסבר: קישור כל דוגמה לטענה – למה היא מוכיחה אותה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שימוש נכון במושגים ספרותיים (מספר, ניגוד, סמל, אירוניה…)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מבנה, לשון וסיכום שחוזר לטענה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סה״כ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שאלה 1 · יגון / אנטון צ'כוב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בסיפור "יגון" מעוצבת ביקורת על חברה שאינה מקשיבה לכאבו של היחיד. הראו כיצד באה הביקורת לידי ביטוי בשני אמצעים לפחות (למשל: המפגשים של יונה עם הדמויות, תיאורי השלג והעיר, הסיום), והסבירו מה הסיפור מעורר בקוראים.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טענה: "יגון" מבקר חברה עירונית קרה, שבה אדם שאיבד את בנו אינו מוצא ולו אוזן אחת קשבת. הביקורת נבנית בהדרגה – מפגש אחר מפגש – ונחתמת בסיום אירוני וכואב.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המפגשים החוזרים: יונה פונה שוב ושוב: לקצין שהוא מסיע, לשלושת הצעירים העליזים, לשוער ולעגלון הצעיר בפונדק. כל ניסיון נקטע – הקצין עוצם עיניים, הצעירים מקללים ומאיצים בו, השוער מגרש אותו, והעגלון הצעיר נרדם. החזרה על אותו דגם מראה שאין זה מקרה בודד אלא אופייה של חברה שלמה.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תגובת הגיבן: כשיונה מספר שבנו מת, אחד הצעירים עונה בקלילות "כולנו נמות" (בתרגום שלנו) וממשיך לדרוש מהירות. המשפט הכללי מבטל את הכאב הפרטי – זו אטימות שמתחפשת לחוכמת חיים.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השלג והעיר: השלג הרטוב מכסה את יונה ואת סוסתו עד שהם נראים כמו פסלים לבנים, והעיר סביבם רועשת ומהירה. הנוף ממחיש את הבדידות: האדם קופא במקומו בתוך המון שאינו רואה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הסיום: בסוף הלילה יונה ניגש לאורווה ומספר את הכול לסוסה הקטנה שלו. האירוניה חריפה: רק בעל חיים "מקשיב". הקורא מבין שבעולם הזה החיה אנושית יותר מבני האדם.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הסבר: ארבעת האמצעים פועלים יחד: הדגם החוזר בונה ציפייה שמתאכזבת שוב ושוב, הדיאלוגים חושפים זלזול, הנוף ממחיש קיפאון ובדידות, והסיום הופך את הציפייה על פיה. המספר כמעט אינו שופט במילים מפורשות – הביקורת עולה מן המעשים עצמם, ולכן היא חזקה יותר.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סיכום: הסיפור משאיר את הקוראים עם אי-נוחות ועם שאלה אישית: האם גם אני עובר/ת ליד אדם שצריך להקשיב לו? כך הביקורת החברתית הופכת לקריאה לאמפתיה ולמעורבות.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טעויות נפוצות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לספר את העלילה מההתחלה עד הסוף בלי טענה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"החברה רעה" בלי להראות באיזה מפגש ובאיזה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לשכוח את הסיום עם הסוסה – הוא שיא הביקורת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לבלבל בין יונה (העגלון) לבין בנו שמת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שאלה 2 · מדירה לדירה / ש״י עגנון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המספר בסיפור "מדירה לדירה" עובר מהסתגרות ובריחה מן הרעש אל קשר אנושי. הסבירו כיצד מעוצב השינוי שחל בו, והתייחסו לתפקידו של התינוק ולמשמעות שתי הדירות.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טענה: "מדירה לדירה" הוא סיפור של מעבר נפשי, לא רק של מעבר דירה: המספר, אדם חולה ופסיבי שמחפש שקט, מגלה שהשקט המושלם דומה למוות, ושהחיים – גם כשהם רועשים ומלוכלכים – נמצאים דווקא בקשר עם התינוק.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נקודת המוצא: בפתיחה המספר אינו בוחר בעצמו; הוא כותב "הוצרכתי לעזוב את דירתי". הוא חולה, בודד, אין לו שם ואין לו משפחה. הוא עובר לתל אביב על פי עצת הרופא – אדם שהדברים קורים 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התינוק על האסקופה: בדירה החדשה יושב על הסף תינוק חולני ומוזנח של בעלי הבית. המספר נגעל ממנו ומתחמק ממנו. אבל התינוק משקף אותו: גם הוא חלש, חולה וזקוק למגע – כמו בבואה.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הדירה השקטה: המספר עובר לבית שקט ונקי ומחפש בו מנוחה. דווקא שם, כשהוא שב מן הטיול ומוצא את הסף ריק, "נפל בו ליבו": השקט התגלה כריקנות.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החזרה והסיום: הוא חוזר לבית הקודם, מחבק את התינוק המלוכלך, ורעשי העיר מתעמעמים. הסיום – "עשיתי את אזני כדי שאשמע עוד" – מראה אדם שפותח את עצמו להקשבה.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הסבר: שתי הדירות הן ניגוד מכוון: האחת רועשת, צפופה ומלוכלכת אך מלאת חיים; השנייה שלווה וסטרילית אך קפואה. התינוק הוא הציר של השינוי – מי שבתחילה מעורר גועל הופך למי שמעורר געגוע. האסקופה (הסף) מסמלת את ההתלבטות בין הסתגרות ברשות היחיד לבין יציאה אל החיים המשותפים.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סיכום: המספר לומד שמרפא אינו בא מבריחה מן העולם אלא מחיבור לאחר. השינוי עובר מפסיביות להקשבה פעילה – ומכאן כוחו של הסיום.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טעויות נפוצות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שהמספר "מבריא" מבחינה רפואית – השינוי הוא נפשי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להתעלם מן הניגוד בין שתי הדירות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לתאר את התינוק רק כ"מגעיל" בלי להסביר את ההשתקפות בינו לבין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לצטט קטעים ארוכים – מספיקות מילים ספורות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שאלה 5 · ליבי במזרח / רבי יהודה הלוי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השיר "ליבי במזרח" מעצב קרע בין המקום שבו נמצא הדובר לבין המקום שאליו נמשך ליבו. הסבירו כיצד הניגודים בשיר מבטאים את מצבו הנפשי של הדובר, ומהי ההכרעה שבסוף השיר.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טענה: השיר בנוי כולו על ניגודים, והם ממחישים נפש קרועה: הגוף בספרד והלב בציון. בסוף השיר הקרע מוכרע – הדובר מוכן לוותר על כל טוב ספרד כדי לראות את עפר המקדש החרב.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מזרח מול מערב: השורה הפותחת "לִבִּי בְמִזְרָח וְאָנֹכִי בְּסוֹף מַעֲרָב" מציבה את הניגוד המרכזי: לב מול גוף, מזרח מול "סוף" מערב – קצה העולם. המרחק הגיאוגרפי הוא גם מרחק נפשי.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טעם החיים: "אֵיךְ אֶטְעֲמָה אֵת אֲשֶׁר אֹכַל" – שאלה רטורית: הקרע מוציא את הטעם מן היומיום. גם האוכל והנעימות אינם מנחמים.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חבל וכבל: "צִיּוֹן בְּחֶבֶל אֱדוֹם וַאֲנִי בְּכֶבֶל עֲרָב" – הקבלה וצליל דומה (חבל/כבל): גם המקום הנכסף וגם הדובר נתונים תחת שלטון זר. הדובר מרגיש כבול.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ההכרעה: בבית האחרון: "יֵקַל בְּעֵינַי… כְּמוֹ יֵקַר בְּעֵינַי" – ניגוד קל/יקר. טוב ספרד נעשה קל, ועפרות המקדש החרב נעשות יקרות. זו הכרעה ערכית ורגשית.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הסבר: הניגודים אינם קישוט: כל זוג (לב/גוף, מזרח/מערב, חבל/כבל, קל/יקר) מגביר את תחושת הקרע, והשאלות הרטוריות מראות אדם שאינו יכול לחיות בשלמות. המעבר משאלות בבית הראשון אל קביעה בבית האחרון יוצר תנועה מהתלבטות להחלטה.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סיכום: השיר מבטא געגוע עמוק ונאמנות לזיקה אל ירושלים, והופך את הקרע הפנימי לבחירה. כך שיר קצר בן שש שורות מכיל מסע שלם של נפש.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טעויות נפוצות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רק "יש ניגודים" בלי להסביר מה כל ניגוד מבטא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להחמיץ את המבנה: שאלות ← הכרעה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לפרש "עפרות דביר נחרב" כאדמה רגילה – דביר הוא קודש הקודשים במקדש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להפוך את השיר לנאום – כתבו על הדובר ועל רגשותיו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שאלה 35 · בית בובות / הנריק איבסן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האם סיום המחזה "בית בובות" – עזיבתה של נורה את הבית – הוא סיום סגור או פתוח? נמקו בעזרת התפתחות דמותה של נורה ובעזרת שני רגעים מן המחזה, והסבירו מה משמעות הסיום.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טענה: סיום "בית בובות" סגור ופתוח בעת ובעונה אחת: הקונפליקט בין נורה להלמר מוכרע – היא יוצאת ומפסיקה להיות "בובה" – אבל עתידה, ועתיד המשפחה, נשארים לא ידועים. הכפילות הזאת היא בדיוק משמעות הסיום.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נורה בתחילה: במערכה הראשונה הלמר קורא לנורה בכינויי חיבה של ציפור קטנה ומתייחס אליה כאל ילדה מבזבזת. היא משחקת את התפקיד – אך מסתירה סוד: הלוואה שלקחה, בזיוף חתימה, כדי להציל את חייו.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רגע ההתפכחות: כשהלמר קורא את מכתבו של קרוגסטד הוא מתפרץ ומאשים אותה, ודואג רק לשמו הטוב. "הנס" שנורה חיכתה לו – שיקח את האשמה על עצמו – אינו קורה. ברגע זה היא רואה את נישואיה כפי שהם.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השיחה האחרונה: נורה מתיישבת לשיחה רצינית ראשונה ואומרת שהייתה "אשת-בובה" (בתרגום שלנו), תחילה בבית אביה ואחר כך בביתו. היא קובעת שקודם כול עליה להיות אדם.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טריקת הדלת: הוראת הבמה האחרונה – דלת נטרקת – סוגרת את הסיפור כצליל חד, אך הלמר נשאר עם תקווה קלושה ל"נס הגדול מכולם". הקהל אינו יודע אם תשוב.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הסבר: מבחינת הקונפליקט – הסיום סגור: נורה הכריעה, ואין דרך חזרה למשחק הבובות. מבחינת העלילה – הוא פתוח: לא נאמר לאן תלך, ממה תתפרנס ומה יהיה עם הילדים. איבסן משאיר את השאלה אצל הקהל, וכך המחזה ממשיך להתווכח איתנו גם אחרי שהמסך יורד.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סיכום: משמעות הסיום היא לידה מחדש של עצמיות: נורה מעדיפה אי-ודאות חופשית על פני ביטחון כוזב. זו הסיבה שהסיום עורר סערה בזמנו – ועדיין מעורר דיון היום.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טעויות נפוצות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לענות "סגור" או "פתוח" בלי לנמק משני הכיוונים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על נורה רק בסוף, בלי להראות את ההתפתחות מתחילת המחזה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לשכוח שבדרמה אין מספר – הראיות הן דיאלוג והוראות 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לשפוט את נורה במקום לנתח את עיצובה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שאלה 36 · מאחורי הגדר / חיים נחמן ביאליק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המלצה מנומקת לחבריכם לכיתה לקרוא את הנובלה "מאחורי הגדר". התייחסו לשני היבטים ביצירה (למשל: הקשר בין נח למרינקה, משמעות הגדר, עולם הילדות מול עולם המבוגרים) והסבירו מדוע הם מדברים גם אל קוראים היום.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טענה: כדאי לקרוא את "מאחורי הגדר" כי זו נובלה על חברות ואהבה שצומחות דווקא במקום שבו המבוגרים בנו חומה – ועל המחיר הכואב של ויתור על הלב לטובת המוסכמות.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החברות מעל הגדר: נח, ילד יהודי ממשפחה של סוחרי עצים, ומרינקה, ילדה יתומה שגדלה אצל זקנה נוכרייה בחצר הסמוכה, נפגשים בצדי הגדר. המשחקים והטיפוס עליה הופכים את המחסום לגשר – וזה רגע שכל קורא/ת זוכר/ת מילדותו.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הגדר כסמל: הגדר היא גם קרשים ממשיים וגם סמל לחומות בין קהילות, בין מנהגים ובין חלומות. ככל שנח מתבגר, הגדר הופכת מגבול שאפשר לקפוץ מעליו למחסום שהחברה אינה מוכנה להזיז.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ילדות מול בגרות: בילדות הכול אפשרי; בבגרות נח נכנע לרצון משפחתו ונישא כמקובל, ומרינקה נשארת מאחור. הסיום מעורר עצב ומחשבה על החלטות שמקבלים בגלל לחץ חברתי.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הסבר: שני ההיבטים יחד הופכים את הנובלה לרלוונטית: גם היום בני נוער פוגשים "גדרות" – בין קבוצות, בין שפות, בין ציפיות ההורים לבין רצונם. הנובלה אינה מטיפה; היא מראה באהבה ובכאב מה קורה כשמחסום גובר על קשר אנושי, ומשאירה לנו לשפוט.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סיכום: לכן אני ממליץ/ה בחום: "מאחורי הגדר" היא קריאה מרגשת, כתובה בעברית עשירה וציורית, שמזמינה כל אחד ואחת לשאול אילו גדרות בחיינו שווה לפרוץ.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טעויות נפוצות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"מומלץ, היה מעניין" בלי נימוקים מן היצירה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לספר את כל העלילה במקום לבחור שני היבטים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לשכוח את חלק הרלוונטיות להיום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לנסח כמכתב לא מסודר – המלצה טובה בנויה: פתיחה, שני נימוקים,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מערך שיעור – סדנת כתיבה לבגרות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דקות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0–5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שאלת השראה: "מה ההבדל בין לספר את העלילה לבין לנתח אותה?"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5–15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הדגמה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מפרק/ת תשובת מופת אחת לטענה, ביסוס, הסבר וסיכום (צבעים שונים).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15–35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תלמיד/ה בוחר/ת שאלה אחת מהחוברת וכותב/ת בעזרת הפיגום.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35–42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בדיקת עמיתים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החלפת דפים ובדיקה לפי המחוון.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42–45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מילוי כרטיס היציאה.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שיעור כפול (90 דקות)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0–10 פתיחה ומשחק "בונים פסקה" באתר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10–30 הדגמה והשוואה בין תשובה חלשה לתשובת מופת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30–65 כתיבת שתי תשובות (סיפור + שירה או דרמה)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65–80 בדיקה עצמית ובדיקת עמיתים לפי המחוון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80–90 סיכום, טעויות נפוצות וכרטיס יציאה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חוברת תלמיד – שאלון 8281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על השאלות לפי הנחיית המורה. בכל תשובה: טענה ← ביסוס ← הסבר ← סיכום.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חלק א׳ – סיפור קצר ושירה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1 · יגון / אנטון צ'כוב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בסיפור "יגון" מעוצבת ביקורת על חברה שאינה מקשיבה לכאבו של היחיד. הראו כיצד באה הביקורת לידי ביטוי בשני אמצעים לפחות (למשל: המפגשים של יונה עם הדמויות, תיאורי השלג והעיר, הסיום), והסבירו מה הסיפור מעורר בקוראים.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פיגום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טענה: "בסיפור 'יגון' מעוצבת ביקורת על…"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בחרו שני מפגשים או אמצעים, ולכל אחד: מה קרה? מה נאמר?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הסבירו: מה זה מלמד על החברה? ("הדבר מראה ש…")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הוסיפו את הסיום: למה דווקא הסוסה מקשיבה?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סכמו: מה הסיפור מעורר בנו?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2 · מדירה לדירה / ש״י עגנון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המספר בסיפור "מדירה לדירה" עובר מהסתגרות ובריחה מן הרעש אל קשר אנושי. הסבירו כיצד מעוצב השינוי שחל בו, והתייחסו לתפקידו של התינוק ולמשמעות שתי הדירות.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פיגום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פתחו: "בתחילת הסיפור המספר…" (תכונה + הוכחה)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תארו את המפגש עם התינוק: מה הרגיש?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השוו בין שתי הדירות בטבלה קטנה: רעש/שקט, חיים/קיפאון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תארו את החזרה ואת משפט הסיום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סכמו: מה השתנה ומה הסיפור מלמד?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5 · ליבי במזרח / רבי יהודה הלוי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השיר "ליבי במזרח" מעצב קרע בין המקום שבו נמצא הדובר לבין המקום שאליו נמשך ליבו. הסבירו כיצד הניגודים בשיר מבטאים את מצבו הנפשי של הדובר, ומהי ההכרעה שבסוף השיר.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פיגום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טענה: "השיר בנוי על ניגודים המבטאים…"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בחרו שני ניגודים – צטטו מילים ספורות מכל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הסבירו: איזה רגש כל ניגוד מבטא?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הראו את המעבר משאלות להכרעה בבית האחרון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סכמו: מה השיר אומר על געגוע וזהות?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חלק ב׳ – דרמה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35 · בית בובות / הנריק איבסן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האם סיום המחזה "בית בובות" – עזיבתה של נורה את הבית – הוא סיום סגור או פתוח? נמקו בעזרת התפתחות דמותה של נורה ובעזרת שני רגעים מן המחזה, והסבירו מה משמעות הסיום.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פיגום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הגדירו במשפט: מהו סיום סגור ומהו פתוח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תארו את נורה בתחילה (רגע אחד)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תארו את נקודת המפנה (המכתב ותגובת הלמר)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נתחו את השיחה האחרונה ואת טריקת הדלת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הכריעו ונמקו: מה משמעות הסיום?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חלק ג׳ – נובלה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36 · מאחורי הגדר / חיים נחמן ביאליק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המלצה מנומקת לחבריכם לכיתה לקרוא את הנובלה "מאחורי הגדר". התייחסו לשני היבטים ביצירה (למשל: הקשר בין נח למרינקה, משמעות הגדר, עולם הילדות מול עולם המבוגרים) והסבירו מדוע הם מדברים גם אל קוראים היום.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פיגום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פתיחה: למי ההמלצה ומה המשפט המושך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נימוק 1 + דוגמה מהנובלה + 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נימוק 2 + דוגמה + הסבר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קשר להיום: איפה אנחנו פוגשים "גדרות"?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סיום: קריאה לפעולה בשורה אחת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כרטיס יציאה – שאלון 8281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דבר אחד חדש שלמדתי היום: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שאלה אחת שעדיין מעסיקה אותי: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מ-1 עד 5, עד כמה אני מרגיש/ה מוכן/ה לשאלה כזו בבחינה? 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שאלון 8281 – חוברת תרגול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